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7E730" w14:textId="6EE45F80" w:rsidR="00DC5366" w:rsidRPr="00485732" w:rsidRDefault="00000000">
      <w:pPr>
        <w:jc w:val="center"/>
        <w:rPr>
          <w:rFonts w:ascii="TH SarabunIT๙" w:hAnsi="TH SarabunIT๙" w:cs="TH SarabunIT๙"/>
          <w:sz w:val="36"/>
          <w:szCs w:val="36"/>
        </w:rPr>
      </w:pPr>
      <w:proofErr w:type="spellStart"/>
      <w:r w:rsidRPr="00485732">
        <w:rPr>
          <w:rFonts w:ascii="TH SarabunIT๙" w:hAnsi="TH SarabunIT๙" w:cs="TH SarabunIT๙"/>
          <w:b/>
          <w:sz w:val="36"/>
          <w:szCs w:val="36"/>
        </w:rPr>
        <w:t>แบบฟอร์มการขอเผยแพร่ข้อมูลผ่านเว็บไซต์ของโรงพยาบาลดงเจริญ</w:t>
      </w:r>
      <w:proofErr w:type="spellEnd"/>
      <w:r w:rsidRPr="00485732">
        <w:rPr>
          <w:rFonts w:ascii="TH SarabunIT๙" w:hAnsi="TH SarabunIT๙" w:cs="TH SarabunIT๙"/>
          <w:b/>
          <w:sz w:val="36"/>
          <w:szCs w:val="36"/>
        </w:rPr>
        <w:br/>
      </w:r>
      <w:proofErr w:type="spellStart"/>
      <w:r w:rsidRPr="00DA701F">
        <w:rPr>
          <w:rFonts w:ascii="TH SarabunIT๙" w:hAnsi="TH SarabunIT๙" w:cs="TH SarabunIT๙"/>
          <w:sz w:val="32"/>
          <w:szCs w:val="32"/>
        </w:rPr>
        <w:t>ตามประกาศโรงพยาบาลดงเจริญ</w:t>
      </w:r>
      <w:proofErr w:type="spellEnd"/>
      <w:r w:rsidRPr="00DA701F">
        <w:rPr>
          <w:rFonts w:ascii="TH SarabunIT๙" w:hAnsi="TH SarabunIT๙" w:cs="TH SarabunIT๙"/>
          <w:sz w:val="32"/>
          <w:szCs w:val="32"/>
        </w:rPr>
        <w:br/>
      </w:r>
      <w:proofErr w:type="spellStart"/>
      <w:r w:rsidRPr="00DA701F">
        <w:rPr>
          <w:rFonts w:ascii="TH SarabunIT๙" w:hAnsi="TH SarabunIT๙" w:cs="TH SarabunIT๙"/>
          <w:sz w:val="32"/>
          <w:szCs w:val="32"/>
        </w:rPr>
        <w:t>เรื่อง</w:t>
      </w:r>
      <w:proofErr w:type="spellEnd"/>
      <w:r w:rsidRPr="00DA701F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DA701F">
        <w:rPr>
          <w:rFonts w:ascii="TH SarabunIT๙" w:hAnsi="TH SarabunIT๙" w:cs="TH SarabunIT๙"/>
          <w:sz w:val="32"/>
          <w:szCs w:val="32"/>
        </w:rPr>
        <w:t>แนวทางการเผยแพร่ข้อมูลต่อสาธารณะผ่านเว็บไซต์ของหน่วยงาน</w:t>
      </w:r>
      <w:proofErr w:type="spellEnd"/>
      <w:r w:rsidRPr="00DA701F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DA701F">
        <w:rPr>
          <w:rFonts w:ascii="TH SarabunIT๙" w:hAnsi="TH SarabunIT๙" w:cs="TH SarabunIT๙"/>
          <w:sz w:val="32"/>
          <w:szCs w:val="32"/>
        </w:rPr>
        <w:t>พ.ศ</w:t>
      </w:r>
      <w:proofErr w:type="spellEnd"/>
      <w:r w:rsidRPr="00DA701F">
        <w:rPr>
          <w:rFonts w:ascii="TH SarabunIT๙" w:hAnsi="TH SarabunIT๙" w:cs="TH SarabunIT๙"/>
          <w:sz w:val="32"/>
          <w:szCs w:val="32"/>
        </w:rPr>
        <w:t>. 256</w:t>
      </w:r>
      <w:r w:rsidR="00485732" w:rsidRPr="00DA701F">
        <w:rPr>
          <w:rFonts w:ascii="TH SarabunIT๙" w:hAnsi="TH SarabunIT๙" w:cs="TH SarabunIT๙"/>
          <w:sz w:val="32"/>
          <w:szCs w:val="32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0"/>
        <w:gridCol w:w="5090"/>
      </w:tblGrid>
      <w:tr w:rsidR="00DC5366" w:rsidRPr="00DA701F" w14:paraId="2162EA57" w14:textId="77777777" w:rsidTr="00CD279A">
        <w:tc>
          <w:tcPr>
            <w:tcW w:w="10190" w:type="dxa"/>
            <w:gridSpan w:val="2"/>
          </w:tcPr>
          <w:p w14:paraId="3F8D0E1B" w14:textId="77777777" w:rsidR="00DC5366" w:rsidRPr="00DA701F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แบบฟอร์มการขอเผยแพร่ข้อมูลผ่านเว็บไซต์ของหน่วยงาน</w:t>
            </w:r>
            <w:proofErr w:type="spellEnd"/>
          </w:p>
        </w:tc>
      </w:tr>
      <w:tr w:rsidR="00DC5366" w:rsidRPr="00DA701F" w14:paraId="1DA62378" w14:textId="77777777" w:rsidTr="00CD279A">
        <w:tc>
          <w:tcPr>
            <w:tcW w:w="10190" w:type="dxa"/>
            <w:gridSpan w:val="2"/>
          </w:tcPr>
          <w:p w14:paraId="6AC4DED9" w14:textId="77777777" w:rsidR="00DC5366" w:rsidRPr="00DA701F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ชื่อหน่วยงาน :</w:t>
            </w:r>
            <w:proofErr w:type="gram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................................................................................. (กลุ่มงาน/ฝ่าย/งาน)</w:t>
            </w:r>
          </w:p>
        </w:tc>
      </w:tr>
      <w:tr w:rsidR="00DC5366" w:rsidRPr="00DA701F" w14:paraId="1206F4BA" w14:textId="77777777" w:rsidTr="00CD279A">
        <w:trPr>
          <w:trHeight w:val="1614"/>
        </w:trPr>
        <w:tc>
          <w:tcPr>
            <w:tcW w:w="10190" w:type="dxa"/>
            <w:gridSpan w:val="2"/>
          </w:tcPr>
          <w:p w14:paraId="0020E9B0" w14:textId="697C795B" w:rsidR="00BB49C8" w:rsidRPr="00DA701F" w:rsidRDefault="00000000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วัน</w:t>
            </w:r>
            <w:proofErr w:type="spellEnd"/>
            <w:r w:rsidR="00BB49C8" w:rsidRPr="00DA701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ที่ </w:t>
            </w:r>
            <w:proofErr w:type="gramStart"/>
            <w:r w:rsidR="00BB49C8" w:rsidRPr="00DA701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ต้องการเผยแพร่</w:t>
            </w:r>
            <w:r w:rsidR="00BB49C8" w:rsidRPr="00DA701F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:</w:t>
            </w:r>
            <w:proofErr w:type="gramEnd"/>
            <w:r w:rsidR="00BB49C8" w:rsidRPr="00DA701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.......</w:t>
            </w:r>
            <w:r w:rsidR="00BB49C8" w:rsidRPr="00DA701F">
              <w:rPr>
                <w:rFonts w:ascii="TH SarabunIT๙" w:hAnsi="TH SarabunIT๙" w:cs="TH SarabunIT๙"/>
                <w:sz w:val="32"/>
                <w:szCs w:val="32"/>
              </w:rPr>
              <w:t>/……</w:t>
            </w:r>
            <w:proofErr w:type="gramStart"/>
            <w:r w:rsidR="00BB49C8" w:rsidRPr="00DA701F">
              <w:rPr>
                <w:rFonts w:ascii="TH SarabunIT๙" w:hAnsi="TH SarabunIT๙" w:cs="TH SarabunIT๙"/>
                <w:sz w:val="32"/>
                <w:szCs w:val="32"/>
              </w:rPr>
              <w:t>…./</w:t>
            </w:r>
            <w:proofErr w:type="gramEnd"/>
            <w:r w:rsidR="00BB49C8"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……… </w:t>
            </w:r>
            <w:r w:rsidR="00BB49C8" w:rsidRPr="00DA701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เวลา </w:t>
            </w:r>
            <w:proofErr w:type="gramStart"/>
            <w:r w:rsidR="00BB49C8" w:rsidRPr="00DA701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.......</w:t>
            </w:r>
            <w:r w:rsidR="00BB49C8" w:rsidRPr="00DA701F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:</w:t>
            </w:r>
            <w:proofErr w:type="gramEnd"/>
            <w:r w:rsidR="00BB49C8" w:rsidRPr="00DA701F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…….</w:t>
            </w:r>
          </w:p>
          <w:p w14:paraId="5B1803D2" w14:textId="2612E1C5" w:rsidR="00DA701F" w:rsidRDefault="00CD279A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="00DA701F" w:rsidRPr="00DA701F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ระยะเวลาการเผยแพร่</w:t>
            </w:r>
          </w:p>
          <w:p w14:paraId="49712DDB" w14:textId="79630773" w:rsidR="00DA701F" w:rsidRDefault="00BB49C8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DA701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id w:val="147132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01F">
                  <w:rPr>
                    <w:rFonts w:ascii="MS Gothic" w:eastAsia="MS Gothic" w:hAnsi="MS Gothic" w:cs="TH SarabunIT๙" w:hint="eastAsia"/>
                    <w:sz w:val="32"/>
                    <w:szCs w:val="32"/>
                    <w:cs/>
                    <w:lang w:bidi="th-TH"/>
                  </w:rPr>
                  <w:t>☐</w:t>
                </w:r>
              </w:sdtContent>
            </w:sdt>
            <w:r w:rsidR="00DA701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A701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ถึง </w:t>
            </w: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วัน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</w:t>
            </w:r>
            <w:r w:rsidRPr="00DA701F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:</w:t>
            </w:r>
            <w:r w:rsidRPr="00DA701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DA701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.......</w:t>
            </w:r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/………./……</w:t>
            </w:r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…. </w:t>
            </w:r>
            <w:r w:rsidRPr="00DA701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เวลา .......</w:t>
            </w:r>
            <w:r w:rsidRPr="00DA701F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: …….. </w:t>
            </w:r>
          </w:p>
          <w:p w14:paraId="09AB7728" w14:textId="5D43C7A1" w:rsidR="00DA701F" w:rsidRPr="00DA701F" w:rsidRDefault="00DA701F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sdt>
              <w:sdtPr>
                <w:rPr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id w:val="130203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H SarabunIT๙" w:hint="eastAsia"/>
                    <w:sz w:val="32"/>
                    <w:szCs w:val="32"/>
                    <w:cs/>
                    <w:lang w:bidi="th-TH"/>
                  </w:rPr>
                  <w:t>☐</w:t>
                </w:r>
              </w:sdtContent>
            </w:sdt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ไม่มีกำหนดวันสิ้นสุดการเผยแพร่</w:t>
            </w:r>
            <w:r w:rsidRPr="00DA701F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Pr="00DA701F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            </w:t>
            </w:r>
          </w:p>
        </w:tc>
      </w:tr>
      <w:tr w:rsidR="00DC5366" w:rsidRPr="00DA701F" w14:paraId="5711B82E" w14:textId="77777777" w:rsidTr="00CD279A">
        <w:tc>
          <w:tcPr>
            <w:tcW w:w="10190" w:type="dxa"/>
            <w:gridSpan w:val="2"/>
          </w:tcPr>
          <w:p w14:paraId="2FE74A14" w14:textId="77B7A5FD" w:rsidR="00DC5366" w:rsidRPr="00DA701F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proofErr w:type="gram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หัวข้อ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:</w:t>
            </w:r>
            <w:proofErr w:type="gram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.....................................................................................................................</w:t>
            </w:r>
            <w:r w:rsidR="00DA701F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</w:t>
            </w:r>
          </w:p>
        </w:tc>
      </w:tr>
      <w:tr w:rsidR="00DC5366" w:rsidRPr="00DA701F" w14:paraId="1D4E4257" w14:textId="77777777" w:rsidTr="00CD279A">
        <w:trPr>
          <w:trHeight w:hRule="exact" w:val="2272"/>
        </w:trPr>
        <w:tc>
          <w:tcPr>
            <w:tcW w:w="10190" w:type="dxa"/>
            <w:gridSpan w:val="2"/>
          </w:tcPr>
          <w:p w14:paraId="7BF708F2" w14:textId="5E81CB64" w:rsidR="00DC5366" w:rsidRPr="00DA701F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รายละเอียดข้อมูล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(โดยสรุปหรือเอกสารแนบ)</w:t>
            </w:r>
            <w:r w:rsidRPr="00DA701F">
              <w:rPr>
                <w:rFonts w:ascii="TH SarabunIT๙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</w:t>
            </w:r>
            <w:r w:rsidR="00485732" w:rsidRPr="00DA701F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</w:t>
            </w:r>
            <w:r w:rsidR="00DA701F">
              <w:rPr>
                <w:rFonts w:ascii="TH SarabunIT๙" w:hAnsi="TH SarabunIT๙" w:cs="TH SarabunIT๙"/>
                <w:sz w:val="32"/>
                <w:szCs w:val="32"/>
              </w:rPr>
              <w:t>......................</w:t>
            </w:r>
            <w:r w:rsidRPr="00DA701F">
              <w:rPr>
                <w:rFonts w:ascii="TH SarabunIT๙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</w:t>
            </w:r>
            <w:r w:rsidR="00485732" w:rsidRPr="00DA701F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</w:t>
            </w:r>
            <w:r w:rsidR="00DA701F">
              <w:rPr>
                <w:rFonts w:ascii="TH SarabunIT๙" w:hAnsi="TH SarabunIT๙" w:cs="TH SarabunIT๙"/>
                <w:sz w:val="32"/>
                <w:szCs w:val="32"/>
              </w:rPr>
              <w:t>.......................</w:t>
            </w:r>
            <w:r w:rsidRPr="00DA701F">
              <w:rPr>
                <w:rFonts w:ascii="TH SarabunIT๙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</w:t>
            </w:r>
            <w:r w:rsidR="00485732" w:rsidRPr="00DA701F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</w:t>
            </w:r>
            <w:r w:rsidR="00DA701F">
              <w:rPr>
                <w:rFonts w:ascii="TH SarabunIT๙" w:hAnsi="TH SarabunIT๙" w:cs="TH SarabunIT๙"/>
                <w:sz w:val="32"/>
                <w:szCs w:val="32"/>
              </w:rPr>
              <w:t>.......................</w:t>
            </w:r>
          </w:p>
          <w:p w14:paraId="4F3DE0F1" w14:textId="77777777" w:rsidR="00485732" w:rsidRDefault="004857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</w:t>
            </w:r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</w:t>
            </w:r>
            <w:r w:rsidR="00DA701F">
              <w:rPr>
                <w:rFonts w:ascii="TH SarabunIT๙" w:hAnsi="TH SarabunIT๙" w:cs="TH SarabunIT๙"/>
                <w:sz w:val="32"/>
                <w:szCs w:val="32"/>
              </w:rPr>
              <w:t>........................</w:t>
            </w:r>
          </w:p>
          <w:p w14:paraId="5DD3B186" w14:textId="658E0CB4" w:rsidR="00DA701F" w:rsidRPr="00DA701F" w:rsidRDefault="00DA70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DC5366" w:rsidRPr="00DA701F" w14:paraId="4E751D59" w14:textId="77777777" w:rsidTr="00CD279A">
        <w:tc>
          <w:tcPr>
            <w:tcW w:w="10190" w:type="dxa"/>
            <w:gridSpan w:val="2"/>
          </w:tcPr>
          <w:p w14:paraId="5E53C338" w14:textId="73DE1FFD" w:rsidR="00DC5366" w:rsidRPr="00DA701F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proofErr w:type="spellStart"/>
            <w:proofErr w:type="gram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ภายนอก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:</w:t>
            </w:r>
            <w:proofErr w:type="gram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....................................................................................................</w:t>
            </w:r>
            <w:r w:rsidR="00DA701F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</w:t>
            </w:r>
          </w:p>
        </w:tc>
      </w:tr>
      <w:tr w:rsidR="00DC5366" w:rsidRPr="00DA701F" w14:paraId="0D71F7DD" w14:textId="77777777" w:rsidTr="00CD279A">
        <w:tc>
          <w:tcPr>
            <w:tcW w:w="10190" w:type="dxa"/>
            <w:gridSpan w:val="2"/>
            <w:tcBorders>
              <w:bottom w:val="single" w:sz="4" w:space="0" w:color="auto"/>
            </w:tcBorders>
          </w:tcPr>
          <w:p w14:paraId="7DF3CFA5" w14:textId="3767A036" w:rsidR="00DC5366" w:rsidRPr="00DA701F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หมายเหตุ :</w:t>
            </w:r>
            <w:proofErr w:type="gram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..........................................................................................................</w:t>
            </w:r>
            <w:r w:rsidR="00DA701F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</w:t>
            </w:r>
          </w:p>
        </w:tc>
      </w:tr>
      <w:tr w:rsidR="00DC5366" w:rsidRPr="00DA701F" w14:paraId="4151F608" w14:textId="77777777" w:rsidTr="00CD279A">
        <w:tc>
          <w:tcPr>
            <w:tcW w:w="10190" w:type="dxa"/>
            <w:gridSpan w:val="2"/>
            <w:tcBorders>
              <w:bottom w:val="nil"/>
            </w:tcBorders>
          </w:tcPr>
          <w:p w14:paraId="683E83C4" w14:textId="77777777" w:rsidR="00DC5366" w:rsidRPr="00DA701F" w:rsidRDefault="00DC536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5366" w:rsidRPr="00DA701F" w14:paraId="5A51BB13" w14:textId="77777777" w:rsidTr="00CD279A">
        <w:tc>
          <w:tcPr>
            <w:tcW w:w="101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8661B" w14:textId="2ADF2118" w:rsidR="00DC5366" w:rsidRPr="00DA701F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proofErr w:type="gram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ช่องทางที่นำข้อมูลไปเผยแพร่</w:t>
            </w:r>
            <w:proofErr w:type="spellEnd"/>
            <w:r w:rsidR="00485732"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:</w:t>
            </w:r>
            <w:proofErr w:type="gram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DA701F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="00DA701F">
              <w:rPr>
                <w:rFonts w:ascii="Segoe UI Symbol" w:hAnsi="Segoe UI Symbol" w:cs="Segoe UI Symbol"/>
                <w:sz w:val="32"/>
                <w:szCs w:val="32"/>
              </w:rPr>
              <w:t xml:space="preserve"> </w:t>
            </w: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เว็บไซต์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DA701F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Facebook   </w:t>
            </w:r>
            <w:r w:rsidRPr="00DA701F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TikTok   </w:t>
            </w:r>
            <w:r w:rsidRPr="00DA701F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gram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Instagram  </w:t>
            </w:r>
            <w:r w:rsidRPr="00DA701F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proofErr w:type="gram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อื่น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ๆ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DC5366" w:rsidRPr="00DA701F" w14:paraId="0E3E2B26" w14:textId="77777777" w:rsidTr="00CD279A">
        <w:tc>
          <w:tcPr>
            <w:tcW w:w="10190" w:type="dxa"/>
            <w:gridSpan w:val="2"/>
            <w:tcBorders>
              <w:top w:val="nil"/>
            </w:tcBorders>
          </w:tcPr>
          <w:p w14:paraId="0C82BA9F" w14:textId="77777777" w:rsidR="00DC5366" w:rsidRPr="00DA701F" w:rsidRDefault="00DC536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D279A" w:rsidRPr="00DA701F" w14:paraId="5EA14241" w14:textId="77777777" w:rsidTr="00D71D87">
        <w:trPr>
          <w:trHeight w:val="2200"/>
        </w:trPr>
        <w:tc>
          <w:tcPr>
            <w:tcW w:w="5100" w:type="dxa"/>
          </w:tcPr>
          <w:p w14:paraId="12DEF968" w14:textId="77777777" w:rsidR="00CD279A" w:rsidRPr="00DA701F" w:rsidRDefault="00CD279A" w:rsidP="004857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ผู้รับผิดชอบการให้ข้อมูล</w:t>
            </w:r>
            <w:proofErr w:type="spellEnd"/>
          </w:p>
          <w:p w14:paraId="0F12CE72" w14:textId="77777777" w:rsidR="00CD279A" w:rsidRPr="00DA701F" w:rsidRDefault="00CD279A" w:rsidP="00AF0C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701F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DA701F">
              <w:rPr>
                <w:rFonts w:ascii="TH SarabunIT๙" w:hAnsi="TH SarabunIT๙" w:cs="TH SarabunIT๙"/>
                <w:sz w:val="32"/>
                <w:szCs w:val="32"/>
              </w:rPr>
              <w:br/>
              <w:t>(....................................................)</w:t>
            </w:r>
          </w:p>
          <w:p w14:paraId="5F869FB6" w14:textId="77777777" w:rsidR="00CD279A" w:rsidRPr="00DA701F" w:rsidRDefault="00CD279A" w:rsidP="00AF0C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ตำแหน่ง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...........................................</w:t>
            </w:r>
          </w:p>
          <w:p w14:paraId="020A0BED" w14:textId="4AAA0114" w:rsidR="00CD279A" w:rsidRPr="00DA701F" w:rsidRDefault="00CD279A" w:rsidP="00AF0C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วันที่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.......... </w:t>
            </w: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เดือน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.......... </w:t>
            </w: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พ.ศ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. ..........</w:t>
            </w:r>
          </w:p>
        </w:tc>
        <w:tc>
          <w:tcPr>
            <w:tcW w:w="5090" w:type="dxa"/>
          </w:tcPr>
          <w:p w14:paraId="30F2CDF5" w14:textId="77777777" w:rsidR="00CD279A" w:rsidRPr="00DA701F" w:rsidRDefault="00CD279A" w:rsidP="004857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ผู้อนุมัติ</w:t>
            </w: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รับรอง</w:t>
            </w:r>
            <w:proofErr w:type="spellEnd"/>
          </w:p>
          <w:p w14:paraId="6DD3FC6E" w14:textId="77777777" w:rsidR="00CD279A" w:rsidRPr="00DA701F" w:rsidRDefault="00CD279A" w:rsidP="00AF0C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701F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DA701F">
              <w:rPr>
                <w:rFonts w:ascii="TH SarabunIT๙" w:hAnsi="TH SarabunIT๙" w:cs="TH SarabunIT๙"/>
                <w:sz w:val="32"/>
                <w:szCs w:val="32"/>
              </w:rPr>
              <w:br/>
              <w:t>(....................................................)</w:t>
            </w:r>
          </w:p>
          <w:p w14:paraId="7887EC49" w14:textId="77777777" w:rsidR="00CD279A" w:rsidRPr="00DA701F" w:rsidRDefault="00CD279A" w:rsidP="00AF0C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ตำแหน่ง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...........................................</w:t>
            </w:r>
          </w:p>
          <w:p w14:paraId="567842A3" w14:textId="1180B51E" w:rsidR="00CD279A" w:rsidRPr="00DA701F" w:rsidRDefault="00CD279A" w:rsidP="00AF0C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วันที่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.......... </w:t>
            </w: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เดือน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.......... </w:t>
            </w: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พ.ศ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. ..........</w:t>
            </w:r>
          </w:p>
        </w:tc>
      </w:tr>
    </w:tbl>
    <w:p w14:paraId="53A8C95E" w14:textId="77777777" w:rsidR="00DC5366" w:rsidRPr="00DA701F" w:rsidRDefault="00DC5366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0"/>
      </w:tblGrid>
      <w:tr w:rsidR="00DC5366" w:rsidRPr="00DA701F" w14:paraId="398AFB1D" w14:textId="77777777" w:rsidTr="00CD279A">
        <w:trPr>
          <w:trHeight w:val="509"/>
        </w:trPr>
        <w:tc>
          <w:tcPr>
            <w:tcW w:w="10200" w:type="dxa"/>
          </w:tcPr>
          <w:p w14:paraId="0D420A1F" w14:textId="77777777" w:rsidR="00DC5366" w:rsidRPr="00DA701F" w:rsidRDefault="00000000" w:rsidP="004857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ผู้รับผิดชอบการนำข้อมูลขึ้นเผยแพร่</w:t>
            </w:r>
            <w:proofErr w:type="spellEnd"/>
          </w:p>
        </w:tc>
      </w:tr>
      <w:tr w:rsidR="00485732" w:rsidRPr="00485732" w14:paraId="0A7405BA" w14:textId="77777777" w:rsidTr="006D1554">
        <w:trPr>
          <w:trHeight w:val="2044"/>
        </w:trPr>
        <w:tc>
          <w:tcPr>
            <w:tcW w:w="10200" w:type="dxa"/>
          </w:tcPr>
          <w:p w14:paraId="66B0DFC2" w14:textId="77777777" w:rsidR="00485732" w:rsidRPr="00DA701F" w:rsidRDefault="00485732" w:rsidP="004857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701F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DA701F">
              <w:rPr>
                <w:rFonts w:ascii="TH SarabunIT๙" w:hAnsi="TH SarabunIT๙" w:cs="TH SarabunIT๙"/>
                <w:sz w:val="32"/>
                <w:szCs w:val="32"/>
              </w:rPr>
              <w:br/>
              <w:t>(....................................................)</w:t>
            </w:r>
          </w:p>
          <w:p w14:paraId="2A84F4F0" w14:textId="77777777" w:rsidR="00485732" w:rsidRPr="00DA701F" w:rsidRDefault="00485732" w:rsidP="004857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ตำแหน่ง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...........................................    </w:t>
            </w:r>
          </w:p>
          <w:p w14:paraId="23D055B0" w14:textId="49B55E66" w:rsidR="00485732" w:rsidRPr="00DA701F" w:rsidRDefault="00485732" w:rsidP="004857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วันที่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.......... </w:t>
            </w: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เดือน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 xml:space="preserve"> .......... </w:t>
            </w:r>
            <w:proofErr w:type="spellStart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พ.ศ</w:t>
            </w:r>
            <w:proofErr w:type="spellEnd"/>
            <w:r w:rsidRPr="00DA701F">
              <w:rPr>
                <w:rFonts w:ascii="TH SarabunIT๙" w:hAnsi="TH SarabunIT๙" w:cs="TH SarabunIT๙"/>
                <w:sz w:val="32"/>
                <w:szCs w:val="32"/>
              </w:rPr>
              <w:t>. ..........</w:t>
            </w:r>
          </w:p>
        </w:tc>
      </w:tr>
    </w:tbl>
    <w:p w14:paraId="069E3083" w14:textId="77777777" w:rsidR="00283414" w:rsidRPr="00485732" w:rsidRDefault="00283414">
      <w:pPr>
        <w:rPr>
          <w:rFonts w:ascii="TH SarabunIT๙" w:hAnsi="TH SarabunIT๙" w:cs="TH SarabunIT๙"/>
          <w:sz w:val="36"/>
          <w:szCs w:val="36"/>
        </w:rPr>
      </w:pPr>
    </w:p>
    <w:sectPr w:rsidR="00283414" w:rsidRPr="00485732" w:rsidSect="00034616">
      <w:pgSz w:w="12240" w:h="15840"/>
      <w:pgMar w:top="737" w:right="1020" w:bottom="73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4F456" w14:textId="77777777" w:rsidR="00283414" w:rsidRDefault="00283414" w:rsidP="00485732">
      <w:pPr>
        <w:spacing w:after="0" w:line="240" w:lineRule="auto"/>
      </w:pPr>
      <w:r>
        <w:separator/>
      </w:r>
    </w:p>
  </w:endnote>
  <w:endnote w:type="continuationSeparator" w:id="0">
    <w:p w14:paraId="0C70FA4F" w14:textId="77777777" w:rsidR="00283414" w:rsidRDefault="00283414" w:rsidP="00485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4C769" w14:textId="77777777" w:rsidR="00283414" w:rsidRDefault="00283414" w:rsidP="00485732">
      <w:pPr>
        <w:spacing w:after="0" w:line="240" w:lineRule="auto"/>
      </w:pPr>
      <w:r>
        <w:separator/>
      </w:r>
    </w:p>
  </w:footnote>
  <w:footnote w:type="continuationSeparator" w:id="0">
    <w:p w14:paraId="545E6732" w14:textId="77777777" w:rsidR="00283414" w:rsidRDefault="00283414" w:rsidP="00485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7585722">
    <w:abstractNumId w:val="8"/>
  </w:num>
  <w:num w:numId="2" w16cid:durableId="573592109">
    <w:abstractNumId w:val="6"/>
  </w:num>
  <w:num w:numId="3" w16cid:durableId="1390230770">
    <w:abstractNumId w:val="5"/>
  </w:num>
  <w:num w:numId="4" w16cid:durableId="147944819">
    <w:abstractNumId w:val="4"/>
  </w:num>
  <w:num w:numId="5" w16cid:durableId="1968311500">
    <w:abstractNumId w:val="7"/>
  </w:num>
  <w:num w:numId="6" w16cid:durableId="1846892767">
    <w:abstractNumId w:val="3"/>
  </w:num>
  <w:num w:numId="7" w16cid:durableId="1646663990">
    <w:abstractNumId w:val="2"/>
  </w:num>
  <w:num w:numId="8" w16cid:durableId="1031996554">
    <w:abstractNumId w:val="1"/>
  </w:num>
  <w:num w:numId="9" w16cid:durableId="1157650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1FCF"/>
    <w:rsid w:val="00283414"/>
    <w:rsid w:val="0029639D"/>
    <w:rsid w:val="00326F90"/>
    <w:rsid w:val="00485732"/>
    <w:rsid w:val="009B3F03"/>
    <w:rsid w:val="00AA1D8D"/>
    <w:rsid w:val="00AF0C36"/>
    <w:rsid w:val="00B47730"/>
    <w:rsid w:val="00BB49C8"/>
    <w:rsid w:val="00CB0664"/>
    <w:rsid w:val="00CD279A"/>
    <w:rsid w:val="00D96F1A"/>
    <w:rsid w:val="00DA701F"/>
    <w:rsid w:val="00DC53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07D935"/>
  <w14:defaultImageDpi w14:val="330"/>
  <w15:docId w15:val="{4E5A9D62-5AFD-412C-A7B1-C2473A2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phanu tangchitwatthanakun</cp:lastModifiedBy>
  <cp:revision>12</cp:revision>
  <cp:lastPrinted>2026-07-02T09:31:00Z</cp:lastPrinted>
  <dcterms:created xsi:type="dcterms:W3CDTF">2026-07-02T09:32:00Z</dcterms:created>
  <dcterms:modified xsi:type="dcterms:W3CDTF">2026-07-02T09:52:00Z</dcterms:modified>
  <cp:category/>
</cp:coreProperties>
</file>